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המורים: סאטירה והומור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סאטירה ואיך היא משמשת ככלי ביקורת חברתית קלילה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 לשון הומוריסטיים כמו דימוי, הגזמה והלחם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מבנה (שלבי הצבעה, שאלון אישיות) ולזהות דפוסי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כתיבה יצירתית מקורית בהשראת טקסט הומוריסטי 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סאטירה? היכרות עם הז'אנר דרך "הקלפי של חדר המורים" – הכרת מושג הסאטירה והאתר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ללעוג לתופעות בחברה באמצעות הומור ולעורר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מערכת בחירות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כולן עוסקות בבעיות קטנות ומוכרות מחיי היומיום בחדר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להצחיק תוך הצבעה על חוויות משותפות ומוכרות בהוראה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מפלגת "יש למישהו כפית?"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סאטירה? היכרות עם הז'אנר דרך "הקלפי של חדר המורים" – התאמת מפלגות סאטיריות לנושאיהן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חד-פעמית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עוגיות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קליטה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סאטירה? היכרות עם הז'אנר דרך "הקלפי של חדר המורים" – חשיבה וניתוח: למה האתר משתמש בסאטירה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שהאתר ממסגר בעיות שגרתיות ומוכרות במבנה רציני ומוכר (בחירות, מפלגות, קלפי), וכך נוצר ניגוד מצחיק בין הצורה הרצינית לתוכן הקטן, תוך הצבעה על חוויה חברתית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פורמט הבחירות מוכר לכולם, יוצר תחושת רצינות מדומה, ומאפשר לחקות באופן מצחיק ומדויק את השפה והטקסים הפוליטיים (מפלגות, קלפי, הצבעה) דרך בעיות 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הגיונית שממציאה בעיה קטנה ומוכרת מחיי בית הספר בסגנון השמות הקיימים, למשל מחסור בטוש ללוח או תור ארוך למדפסת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טובה תציין שהאתר שואל את המסגרת (בחירות, מפלגות) אך ממלא אותה בתוכן ניטרלי לגמרי - בעיות יומיומיות של מורים, ולא דמויות או מפלגות אמיתיות, וכך שומר על הומור בלי לגעת בפוליטיקה ממשית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ניתוח שמות המפלגות: לשון, דימוי והומור – זיהוי מונחים פוליטיים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חברי כנסת מאותה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הסכם בין מפלגות לפעולה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ניתוח שמות המפלגות: לשון, דימוי והומור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המוקדם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ניתוח שמות המפלגות: לשון, דימוי והומור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(מכונת הצילום התקועה)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(הצלצול המוקדם)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(אין לי קליטה בטיול)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(שכחתי את המטען)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ניתוח שמות המפלגות: לשון, דימוי והומור – ניתוח אמצעים לשוניים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הגזמה קומית סביב בעיה קטנה בחדר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שילוב מונח פוליטי רציני (סיעה) עם פריט ריהוט שגרתי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מבנה הבחירות כפרודיה: שלבי ההצבעה באתר – הכרת שלבי ההצבעה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באתר: שלב 1 בחירת פתק, שלב 2 שלשול לקלפי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באתר אין שלב כזה, זהו שלב שקיים בבחירות אמיתיות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לדוגמה מפלגת הקפה השלישי או סיעת הספה בחדר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skip_n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מבנה הבחירות כפרודיה: שלבי ההצבעה באתר – השוואה בין שלבי ההצבעה האמיתיים לשלבי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קיים שלב מקביל באתר)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(שלב 1 באתר - בחירת 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(לא קיים שלב מקביל באתר)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(שלב 2 באתר - שלשול הפתק לקלפי)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(לא קיים שלב מקביל באתר)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מבנה הבחירות כפרודיה: שלבי ההצבעה באתר – חשיבה על מנגנון החיקוי הפרודי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תציין שהפשטות משרתת את ההומור, האתר לא מתיימר לדייק אלא לחקות בקלילות את מבנה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פתוחה, למשל שלב בדיקת תעודת זהות יכול להפוך לבדיקת מי שכח את התעודה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פתוחה, פתק הקשור לחיי חדר המורים בסגנון הפתקים הקיימים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טובה תקשר בין הפשטות הקיצונית לבין היצירה של ניגוד מצחיק מול הרצינות של הבחירות האמיתיות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השאלון האישיותי: איך בונים שאלון מזהה-טיפוסים – היכרות עם מפלגות 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(🥄)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(🖨️)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(📵)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השאלון האישיותי: איך בונים שאלון מזהה-טיפוסים – איך שאלות קצרות בונות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לשייך את הקורא או הקוראת לטיפוס מורה מסוים בצורה הומוריסטית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מפלגת הקפה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שיהיה קל ומהיר לענות ולקבל שיוך לטיפוס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שימוש בשמות של מפלגות פוליטיות-לכאורה על נושאים קטנים מחיי היומיום בבית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השאלון האישיותי: איך בונים שאלון מזהה-טיפוסים – כותבים שאלה לשאלון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המסבירה את הקשר בין השם לחוויה מוכרת בחדר המורים, למשל הומור על מצב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קצרה אחת עם ניחוח הומוריסטי, למשל שאלה על תחושה כשהפעמון מצלצל מוקדם מהצפוי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המתייחס לכך שההומור נוצר מהכללה וסטריאוטיפ מוכר, והקוראים מזהים את עצמם בפרטים הקטנים והמוגזמים שבשאלות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 אחת עם שתי תשובות ברורות, כל תשובה משויכת למפלגה אחרת מתוך רשימת המפלגות באתר, בהתאם לאופי ההומוריסטי של 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כתיבה יצירתית: הקמת מפלגת הומור חדשה – היכרות עם מפלגות ההומור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סיעת מכונת הצילום התקועה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תנועת 'נשימה עמוקה, זה רק יום שלישי'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יצירתית: הקמת מפלגת הומור חדשה – ניתוח סגנון השמות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עוגיות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יצירתית: הקמת מפלגת הומור חדשה – כותבים מפלגה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קצר והומוריסטי המחקה את מבנה השמות באתר, עם אימוג׳י רלוונטי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סיסמה קצרה וקליטה הקשורה לנושא המפלגה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קצר, הומוריסטי אך הגיוני, המתאים לנושא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 שמות מקוריים בסגנון האתר, כל אחד עם אימוג׳י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 המציינת שהומור משותף יוצר הזדהות ותחושת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ללעוג למצבים מוכרים ולהצביע על אבסורד שבהם דרך הומור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מערכת הבחירות הפוליטיות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תלונה על מורים עייפים שזקוקים לעוד 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שאילת מונחים פוליטיים (מפלגה, תנועה, סיעה) לתיאור מצבים יומיומיים בביה"ס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לבחור 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קלפי, פתקים ושלבי הצבעה מדומים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לעזור למשתמש לגלות לאיזו 'מפלגה' הומוריסטית הוא הכי מתאים לפי אופיו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שהיצירה מחקה מבנה רציני (בחירות) כדי ללעוג למצבים יומיומיים ומוכרים מחיי בית הספר, ובכך חושפת אבסורד או תסכול מוכר בדרך הומוריסטית.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'מפלגת עוד לא בדקתי מבחנים' מלגלגת על עומס המורים ודחיינות; 'ברית אין לי קליטה בטיול' מלגלגת על בעיות תקשורת בטיולים.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להעריך לפי מקוריות, דיוק הדימוי, שימוש במונח פוליטי מתאים (מפלגה/תנועה/סיעה) והתאמת האימוג'י למצב המתואר.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ברורה הכוללת ביקורת חברתית באמצעות הומור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מדויק של דימוי/הלחם/הגזמה בשם ספציפי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מפלגה מקורי הכולל אמצעי לשון הומוריסטי רלוונטי לחיי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2-3 שיעורים: שיעור ראשון לניתוח הז'אנר והלשון, שיעור שני למבנה ולשאלון, שיעור שלישי לכתיבה היצירתית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לתלמידים שההומור כאן עוסק בחיי בית הספר בלבד ולא בפוליטיקה אמיתית, כדי לשמור על אווירה בטוחה ולא פוגענית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בנק של דימויים והגזמות מוכנים לבחירה בשלב הכתיבה היצירתית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משימה של ניתוח השוואתי בין שתי מפלגות שונות מבחינת סוג ההומור שבהן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המורים: סאטירה והומור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ניתוח של טקסט הומוריסטי-סאטירי מחיי בית הספר. עברו על הפרקים לפי הסדר, ובכל פרק ענו על השאלות בעצמכם לפני שבודקים יחד בכיתה. שימו לב: העיסוק הוא בהומור על חיי היומיום בבית הספר, לא בפוליטיקה אמיתית.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סאטירה? היכרות עם הז'אנר דרך "הקלפי של חדר המורים" – הכרת מושג הסאטירה והאתר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המרכזית של סאטירה כז'אנר?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אירועים היסטוריים במדויק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ללעוג לתופעות בחברה באמצעות הומור ולעורר 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לפרסם מוצרים ושירותים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שירה רומנטית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מערכת אמיתית מחקה האתר "הקלפי של חדר המורים" בצורה הומוריסטית?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מערכת בחירות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בית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מערכת לימודים באוניברסיטה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מערכת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משותף לכל שמות המפלגות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עוסקות באירועים פוליטיים 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כולן עוסקות בבעיות קטנות ומוכרות מחיי היומיום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עוסקות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עוסקות בטכנולוגיה מתקדמת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מטרת ההומור באתר, כסאטירה 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ללעוג למורים באופן אישי ופוגעני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להצחיק תוך הצבעה על חוויות משותפות ומוכרות בהוראה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לקדם מפלגה פוליטית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דמויות היסטוריות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מפלגה באתר עוסקת בחוסר בכלי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מפלגת "יש למישהו כפית?"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סיעת הספה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"אין לי קליטה בטיול"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סאטירה? היכרות עם הז'אנר דרך "הקלפי של חדר המורים" – התאמת מפלגות סאטיריות לנושאיהן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מפלגת "איך מוצאים __________ עכשיו?" מתייחסת לבעיה של חוסר בחלב לקפה בחדר המורים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מפלגת "איפה הכוס ה__________ שלי?" מתייחסת לבעיה של חוסר בכוסות חד-פעמיות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תנועת "מי הביא __________?" עוסקת בציפייה המשותפת להביא ממתקים לחדר המורים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סיעת מכונת הצילום ה__________ מתארת תקלה מוכרת שחווים מורים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ברית "אין לי __________ בטיול" עוסקת בבעיה של קליטה סלולרית בטיולים בית ספריים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סאטירה? היכרות עם הז'אנר דרך "הקלפי של חדר המורים" – חשיבה וניתוח: למה האתר משתמש בסאטירה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כיצד האתר הופך בעיות קטנות ויומיומיות (כמו חוסר בכוס חד-פעמית או בכפית) לחומר הומוריסטי? מה הופך את זה לסאטירה ולא רק לבדיחה?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בחרו יוצרי האתר להשתמש דווקא בפורמט של "בחירות" ו"מפלגות" כדי להעביר הומור על חיי חדר המורים, ולא בפורמט אחר?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לבעיה נוספת, שלא מופיעה באתר, מחיי היומיום בבית הספר, שיכלה להתאים לשם מפלגה סאטירי בסגנון האתר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סאטירה חברתית, להבדיל מסאטירה פוליטית, עוסקת בביקורת על הרגלים ונורמות בחברה ולא בביקורת על אנשי ציבור. הסבירו כיצד האתר נמנע מעיסוק בפוליטיקה אמיתית ובכל זאת משתמש במבנה פוליטי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ניתוח שמות המפלגות: לשון, דימוי והומור – זיהוי מונחים פוליטיים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המקורית של המילה "סיעה" בעולם הפוליטי?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חברי כנסת מאותה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קבוצת 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השם "ברית אין לי קליטה בטיול" משתמש במילה "ברית" שבפוליטיקה מתארת בדרך כלל...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בין מפלגות לפעולה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חגיגה דתית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קשה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שנתי של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ניתוח שמות המפלגות: לשון, דימוי והומור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השם "תנועת הצלצול __________" מתאר תלמידים שמחכים שהשיעור ייגמר מהר.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ניתוח שמות המפלגות: לשון, דימוי והומור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אין לי קליטה בטיול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מכונת הצילום התקועה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שכחתי את המטען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הצלצול המוקדם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ניתוח שמות המפלגות: לשון, דימוי והומור – ניתוח אמצעים לשוניים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אמצעי לשוני משתמש השם "איך מוצאים חלב עכשיו?" כדי ליצור הומור?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 קומית סביב בעיה קטנה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גנאי כלפי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בסלנג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 בין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יוצר את האפקט ההומוריסטי בשם "סיעת הספה בחדר המורים"?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שילוב מונח פוליטי רציני (סיעה) עם פריט ריהוט שגרתי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שימוש בחרוז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גנאי כלפי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ציטוט מהתקשורת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מבנה הבחירות כפרודיה: שלבי ההצבעה באתר – הכרת שלבי ההצבעה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שני שלבים בלבד: בחירת פתק והטלתו לקלפי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מופיע שלב של הצגת תעודת זהות לפני ההצבעה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פתק באתר מייצג מפלגה הומוריסטית הקשורה לחיי חדר המורים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שלב של הכנסת הפתק למעטפה וסגירתה לפני ההטלה לקלפי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מבנה הבחירות כפרודיה: שלבי ההצבעה באתר – השוואה בין שלבי ההצבעה האמיתיים לשלבי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בדיקת תעודת זהות בקלפי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שלב 1 באתר - בחירת 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בחירת פתק המייצג מפלגה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קיים שלב מקביל באתר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הכנסת הפתק למעטפה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שלב 2 באתר - שלשול הפתק לקלפי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הטלת המעטפה לקלפי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קיים שלב מקביל באתר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שמירה על חיסיון ההצבעה מאחורי פרגוד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קיים שלב מקביל באתר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מבנה הבחירות כפרודיה: שלבי ההצבעה באתר – חשיבה על מנגנון החיקוי הפרודי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האתר מסתפק בשני שלבים בלבד ולא מציג את כל שלבי ההצבעה האמיתיים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 איזה שלב מהבחירות האמיתיות היה יכול להיות מצחיק אילו נוסף לאתר, וכיצד הייתם הופכים אותו להומוריסטי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פתק הומוריסטי חדש שיכול להצטרף לאתר, בהשראת שני שלבי ההצבעה הקיימים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כיצד הצמצום לשני שלבים בלבד תורם לאפקט הפרודי של האתר כולו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השאלון האישיותי: איך בונים שאלון מזהה-טיפוסים – היכרות עם מפלגות חדר המורים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מפלגת "איפה הכוס החד-פעמית שלי?"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🖨️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מפלגת "יש למישהו כפית?"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סיעת מכונת הצילום התקועה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🥄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תנועת הצלצול המוקדם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📵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 "אין לי קליטה בטיול"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השאלון האישיותי: איך בונים שאלון מזהה-טיפוסים – איך שאלות קצרות בונות 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באתר מופיע שאלון בשם "גלו איזו מפלגה אתם" ובו 11 שאלות. מה המטרה של שאלון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ידע בהיסטוריה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לשייך את הקורא או הקוראת לטיפוס מורה מסוים בצורה הומוריסטית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מועמד לבחירות 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למדוד שעות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מורה עונה שהדבר שהכי מעצבן אותו הוא כשאין קפה בחדר המורים. לאיזו מפלגה הוא כנראה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"מי הביא עוגיות?"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סיעת הספה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"שכחתי את המטען"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סביר שהשאלון בנוי משאלות קצרות ולא מתשובות ארוכות ומורכבות?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קל ומהיר לענות ולקבל שיוך לטיפוס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לשאול שאלות ארוכות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זמן בהפסקה לקרוא טקסט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להקשות על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הטכניקה ההומוריסטית המרכזית שבה משתמש השאלון כדי ליצור "זהות" לכל טיפוס 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בשמות של מפלגות פוליטיות-לכאורה על נושאים קטנים מחיי היומיום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ציטוט חוקים רשמיים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הצגת נתונים סטטיסטיים 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ראיונות עם מורים אמיתיים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השאלון האישיותי: איך בונים שאלון מזהה-טיפוסים – כותבים שאלה לשאלון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ממפלגות חדר המורים וכתבו משפט המסביר למה שם המפלגה מצחיק או מדויק לדעתכם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שאלון קצרה, בסגנון השאלון באתר, שיכולה לעזור לזהות מי שייך לתנועת הצלצול המוקדם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בשניים-שלושה משפטים איך שאלון קצר של 11 שאלות יכול ליצור תחושת "זהות" שלמה לטיפוס מורה, אף שהוא לא שואל שאלות אישיות אמיתיות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שאלה דמיונית לשאלון, ולה שתי אפשרויות תשובה (א, ב). ציינו לאיזו מפלגה שונה מובילה כל תשובה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כתיבה יצירתית: הקמת מפלגת הומור חדשה – היכרות עם מפלגות ההומור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אימוג׳י מייצג את 'מפלגת הקפה השלישי'?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🧃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יש בשאלון 'לא בטוחים? גלו איזו מפלגה אתם'?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סיעה עוסקת בבעיית ציוד שלא עובד בחדר המורים?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סיעת מכונת הצילום התקועה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מפלגת 'עוד לא בדקתי מבחנים'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ברית 'אין לי קליטה בטיול'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תנועה מתארת הרגשת עייפות באמצע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'נשימה עמוקה, זה רק יום שלישי'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'ראיתי, עניתי, נרדמתי'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'שכחתי את המטען'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כתיבה יצירתית: הקמת מפלגת הומור חדשה – ניתוח סגנון השמות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מפלגת 'איפה ה__________ החד-פעמית שלי?'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תנועת 'מי הביא __________?'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רשימת 'שכחתי את ה__________'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ברית 'אין לי __________ בטיול'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כתיבה יצירתית: הקמת מפלגת הומור חדשה – כותבים מפלגה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תחום מחיי הכיתה או בית הספר (לדוגמה: שיעורי בית, הפסקות, מבחנים) וכתבו שם מצחיק למפלגה חדשה בהשראת הסגנון באתר, כולל אימוג׳י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סיסמת בחירות קצרה (עד שמונה מילים) למפלגה שהמצאתם.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בשתיים-שלוש שורות מה 'סדר היום' ההומוריסטי של המפלגה שלכם – מה היא מבטיחה לשפר בחיי בית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המציאו שם לעוד שתי מפלגות הומור נוספות, בהשראת שתי בעיות שונות מחיי התלמידים, וכתבו אימוג׳י מתאים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הסבירו במשפט אחד מדוע הומור על בעיות קטנות בבית הספר (כמו עט שנגמר או פעמון מוקדם) יכול לגרום לתלמידים להרגיש שמבינים אותם.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המרכזית של יצירה סאטירית כמו האתר 'הקלפי של חדר המורים'?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אירועים היסטוריים באופן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ללעוג למצבים מוכרים ולהצביע על אבסורד שבהם דרך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לפרסם מידע רשמי על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סיפור דמיוני ללא קשר למציאות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 איזה מוסד אמיתי מחקה (פרודיה) מבנה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 לנהיגה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הבחירות הפוליטיות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מרכז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תחנת רדיו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השם 'מפלגת הקפה השלישי' מרמז בעיקר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תלונה על מורים עייפים שזקוקים לעוד 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אירוע ספורט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בכימיה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האמצעי הלשוני המרכזי שחוזר בשמות המפלגות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בחרוזים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שאילת מונחים פוליטיים (מפלגה, תנועה, סיעה) לתיאור מצבים יומיומיים בביה"ס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ציטוטים משירה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השלב הראשון בתהליך ה'הצבעה' שמוצע למשתמש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למלא טופס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פתק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לשלם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נאום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הדמיון בין האתר לבחירות אמיתיות בא לידי ביטוי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קלפי, פתקים ושלבי הצבעה מדומים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עריכת דיונים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פרסום תוצאות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הקמת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מטרת השאלון בן 11 השאלות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ידע בהיסטוריה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למשתמש לגלות לאיזו 'מפלגה' הומוריסטית הוא הכי מתאים לפי אופיו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למדוד מהירות הקלדה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מועמד אמיתי לכנסת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האתר 'הקלפי של חדר המורים' נחשב יצירה סאטירית ולא סתם אוסף בדיחות.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שניים משמות המפלגות באתר והסבירו איזה מצב מוכר מחיי בית הספר או חדר המורים כל אחת מהן מלגלגת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שם מקורי למפלגת הומור חדשה (שלא מופיעה באתר) שמתארת מצב יומיומי מוכר מהכיתה או מחדר המורים, הוסיפו אימוג'י מתאים ונמקו את הבחירה בלשון ובדימוי.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במילים שלי מהי סאטירה ואיך היא שונה מבדיחה רגילה?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זיהיתי לפחות שני אמצעי לשון הומוריסטיים בשמות המפלגות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להמציא מפלגת הומור משלי בהשראת חיי בית הספר, עם שם שמשתמש בדימוי או הגזמה?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הקלפי של חדר המורים: סאטירה והומור בלשון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