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המורים: סאטירה והומור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סאטירה ואיך היא משמשת ככלי ביקורת חברתית קלילה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 לשון הומוריסטיים כמו דימוי, הגזמה והלחם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מבנה (שלבי הצבעה, שאלון אישיות) ולזהות דפוסי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כתיבה יצירתית מקורית בהשראת טקסט הומוריסטי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סאטירה? היכרות עם הז'אנר דרך "הקלפי של חדר המורים" – הכרת מושג הסאטירה והאתר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ללעוג לתופעות בחברה באמצעות הומור ולעורר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מערכת בחירות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כולן עוסקות בבעיות קטנות ומוכרות מחיי היומיום בחדר המורים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סאטירה? היכרות עם הז'אנר דרך "הקלפי של חדר המורים" – התאמת מפלגות סאטיריות לנושאיהן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חד-פעמית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סאטירה? היכרות עם הז'אנר דרך "הקלפי של חדר המורים" – חשיבה וניתוח: למה האתר משתמש בסאטירה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שממציאה בעיה קטנה ומוכרת מחיי בית הספר בסגנון השמות הקיימים, למשל מחסור בטוש ללוח או תור ארוך למדפסת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ניתוח שמות המפלגות: לשון, דימוי והומור – זיהוי מונחים פוליטיים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חברי כנסת מאותה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הסכם בין מפלגות לפעולה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ניתוח שמות המפלגות: לשון, דימוי והומור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ניתוח שמות המפלגות: לשון, דימוי והומור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(מכונת הצילום התקועה)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(הצלצול המוקדם)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(אין לי קליטה בטיול)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(שכחתי את המטען)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ניתוח שמות המפלגות: לשון, דימוי והומור – ניתוח אמצעים לשוניים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הגזמה קומית סביב בעיה קטנה בחדר המורים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הבחירות כפרודיה: שלבי ההצבעה באתר – הכרת שלבי ההצבעה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באתר: שלב 1 בחירת פתק, שלב 2 שלשול לקלפי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אין שלב כזה, זהו שלב שקיים בבחירות אמיתיות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הבחירות כפרודיה: שלבי ההצבעה באתר – השוואה בין שלבי ההצבעה האמיתיים לשלבי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 1 באתר - בחירת 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קיים שלב מקביל באתר)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(שלב 2 באתר - שלשול הפתק לקלפי)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הבחירות כפרודיה: שלבי ההצבעה באתר – חשיבה על מנגנון החיקוי הפרודי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שהפשטות משרתת את ההומור, האתר לא מתיימר לדייק אלא לחקות בקלילות את מבנה ההצבעה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השאלון האישיותי: איך בונים שאלון מזהה-טיפוסים – היכרות עם מפלגות 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(🥄)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השאלון האישיותי: איך בונים שאלון מזהה-טיפוסים – איך שאלות קצרות בונות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לשייך את הקורא או הקוראת לטיפוס מורה מסוים בצורה הומוריסטית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מפלגת הקפה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השאלון האישיותי: איך בונים שאלון מזהה-טיפוסים – כותבים שאלה לשאלון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המסבירה את הקשר בין השם לחוויה מוכרת בחדר המורים, למשל הומור על מצב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קצרה אחת עם ניחוח הומוריסטי, למשל שאלה על תחושה כשהפעמון מצלצל מוקדם מהצפוי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יצירתית: הקמת מפלגת הומור חדשה – היכרות עם מפלגות ההומור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סיעת מכונת הצילום התקועה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יצירתית: הקמת מפלגת הומור חדשה – ניתוח סגנון השמות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עוגיות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יצירתית: הקמת מפלגת הומור חדשה – כותבים מפלגה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קצר והומוריסטי המחקה את מבנה השמות באתר, עם אימוג׳י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סיסמה קצרה וקליטה הקשורה לנושא המפלגה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ללעוג למצבים מוכרים ולהצביע על אבסורד שבהם דרך הומור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מערכת הבחירות הפוליטיות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תלונה על מורים עייפים שזקוקים לעוד קפה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שהיצירה מחקה מבנה רציני (בחירות) כדי ללעוג למצבים יומיומיים ומוכרים מחיי בית הספר, ובכך חושפת אבסורד או תסכול מוכר בדרך הומוריסטית.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'מפלגת עוד לא בדקתי מבחנים' מלגלגת על עומס המורים ודחיינות; 'ברית אין לי קליטה בטיול' מלגלגת על בעיות תקשורת בטיולים.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ברורה הכוללת ביקורת חברתית באמצעות הומור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מדויק של דימוי/הלחם/הגזמה בשם ספציפי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מפלגה מקורי הכולל אמצעי לשון הומוריסטי רלוונטי לחיי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2-3 שיעורים: שיעור ראשון לניתוח הז'אנר והלשון, שיעור שני למבנה ולשאלון, שיעור שלישי לכתיבה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לתלמידים שההומור כאן עוסק בחיי בית הספר בלבד ולא בפוליטיקה אמיתית, כדי לשמור על אווירה בטוחה ולא פוגענית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בנק של דימויים והגזמות מוכנים לבחירה בשלב 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משימה של ניתוח השוואתי בין שתי מפלגות שונות מבחינת סוג ההומור שבהן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המורים: סאטירה והומור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ניתוח של טקסט הומוריסטי-סאטירי מחיי בית הספר. עברו על הפרקים לפי הסדר, ובכל פרק ענו על השאלות בעצמכם לפני שבודקים יחד בכיתה. שימו לב: העיסוק הוא בהומור על חיי היומיום בבית הספר, לא בפוליטיקה אמיתית.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כוס  ·  חלב  ·  עוגיות  ·  המוקדם  ·  חד-פעמית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סאטירה? היכרות עם הז'אנר דרך "הקלפי של חדר המורים" – הכרת מושג הסאטירה והאתר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סאטירה כז'אנר?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אירועים היסטוריים במדויק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ללעוג לתופעות בחברה באמצעות הומור ולעורר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לפרסם מוצרים ושירותים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מערכת אמיתית מחקה האתר "הקלפי של חדר המורים" בצורה הומוריסטית?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מערכת בחירות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מערכת בית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מערכת לימודים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משותף לכל שמות המפלגות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כולן עוסקות באירועים פוליטיים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כולן עוסקות בבעיות קטנות ומוכרות מחיי היומיום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כולן עוסקות בספורט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סאטירה? היכרות עם הז'אנר דרך "הקלפי של חדר המורים" – התאמת מפלגות סאטיריות לנושאיהן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מפלגת "איך מוצאים __________ עכשיו?" מתייחסת לבעיה של חוסר בחלב לקפה בחדר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מפלגת "איפה הכוס ה__________ שלי?" מתייחסת לבעיה של חוסר בכוסות חד-פעמיות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סאטירה? היכרות עם הז'אנר דרך "הקלפי של חדר המורים" – חשיבה וניתוח: למה האתר משתמש בסאטירה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לבעיה נוספת, שלא מופיעה באתר, מחיי היומיום בבית הספר, שיכלה להתאים לשם מפלגה סאטירי בסגנון 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ניתוח שמות המפלגות: לשון, דימוי והומור – זיהוי מונחים פוליטיים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המקורית של המילה "סיעה" בעולם הפוליטי?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קבוצת חברי כנסת מאותה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ארגון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השם "ברית אין לי קליטה בטיול" משתמש במילה "ברית" שבפוליטיקה מתארת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בין מפלגות לפעולה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חגיגה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מבחן קשה במיוחד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ניתוח שמות המפלגות: לשון, דימוי והומור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השם "תנועת הצלצול __________" מתאר תלמידים שמחכים שהשיעור ייגמר מהר.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ניתוח שמות המפלגות: לשון, דימוי והומור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שכחתי את המטען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מכונת הצילום התקועה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הצלצול המוקדם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אין לי קליטה בטיול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ניתוח שמות המפלגות: לשון, דימוי והומור – ניתוח אמצעים לשוניים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אמצעי לשוני משתמש השם "איך מוצאים חלב עכשיו?" כדי ליצור 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הגזמה קומית סביב בעיה קטנה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גנאי כלפי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שימוש בסלנג צבאי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מבנה הבחירות כפרודיה: שלבי ההצבעה באתר – הכרת שלבי ההצבעה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שני שלבים בלבד: בחירת פתק והטלתו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מופיע שלב של הצגת תעודת זהות לפני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מבנה הבחירות כפרודיה: שלבי ההצבעה באתר – השוואה בין שלבי ההצבעה האמיתיים לשלבי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בחירת פתק המייצג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שלב 2 באתר - שלשול הפתק לקלפי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הכנסת הפתק למעטפה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שלב 1 באתר - בחירת 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הטלת המעטפה לקלפי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קיים שלב מקביל באתר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מבנה הבחירות כפרודיה: שלבי ההצבעה באתר – חשיבה על מנגנון החיקוי הפרודי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האתר מסתפק בשני שלבים בלבד ולא מציג את כל שלבי ההצבעה האמיתיים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השאלון האישיותי: איך בונים שאלון מזהה-טיפוסים – היכרות עם מפלגות חדר המורים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מפלגת "איפה הכוס החד-פעמית שלי?"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🥄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מפלגת "יש למישהו כפית?"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תנועת הצלצול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🖨️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השאלון האישיותי: איך בונים שאלון מזהה-טיפוסים – איך שאלות קצרות בונות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באתר מופיע שאלון בשם "גלו איזו מפלגה אתם" ובו 11 שאלות. מה המטרה של שאלון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לשייך את הקורא או הקוראת לטיפוס מורה מסוים בצורה הומוריסטית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מועמד לבחירות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מורה עונה שהדבר שהכי מעצבן אותו הוא כשאין קפה בחדר המורים. לאיזו מפלגה הוא כנראה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תנועת "מי הביא עוגיות?"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סיעת הספה בחדר המורים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השאלון האישיותי: איך בונים שאלון מזהה-טיפוסים – כותבים שאלה לשאלון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ממפלגות חדר המורים וכתבו משפט המסביר למה שם המפלגה מצחיק או מדויק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שאלת שאלון קצרה, בסגנון השאלון באתר, שיכולה לעזור לזהות מי שייך לתנועת הצלצול המוקדם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כתיבה יצירתית: הקמת מפלגת הומור חדשה – היכרות עם מפלגות ההומור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אימוג׳י מייצג את 'מפלגת הקפה השלישי'?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🧃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יש בשאלון 'לא בטוחים? גלו איזו מפלגה אתם'?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סיעה עוסקת בבעיית ציוד שלא עובד בחדר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מפלגת 'עוד לא בדקתי מבחנים'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ברית 'אין לי קליטה בטיול'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כתיבה יצירתית: הקמת מפלגת הומור חדשה – ניתוח סגנון השמות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מפלגת 'איפה ה__________ החד-פעמית שלי?'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תנועת 'מי הביא __________?'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כתיבה יצירתית: הקמת מפלגת הומור חדשה – כותבים מפלגה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תחום מחיי הכיתה או בית הספר (לדוגמה: שיעורי בית, הפסקות, מבחנים) וכתבו שם מצחיק למפלגה חדשה בהשראת הסגנון באתר, כולל אימוג׳י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סיסמת בחירות קצרה (עד שמונה מילים) למפלגה שהמצאתם.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יצירה סאטירית כמו האתר 'הקלפי של חדר המורים'?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אירועים היסטוריים באופן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ללעוג למצבים מוכרים ולהצביע על אבסורד שבהם דרך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לפרסם מידע רשמי על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את איזה מוסד אמיתי מחקה (פרודיה) מבנה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ספר לנהיגה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מערכת הבחירות הפוליטיות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מרכז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השם 'מפלגת הקפה השלישי' מרמז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תלונה על מורים עייפים שזקוקים לעוד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אירוע ספורט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בכימיה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האתר 'הקלפי של חדר המורים' נחשב יצירה סאטירית ולא סתם אוסף בדיחות.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שניים משמות המפלגות באתר והסבירו איזה מצב מוכר מחיי בית הספר או חדר המורים כל אחת מהן מלגלגת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במילים שלי מהי סאטירה ואיך היא שונה מבדיחה רגילה?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זיהיתי לפחות שני אמצעי לשון הומוריסטיים בשמות המפלגות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המורים: סאטירה והומור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